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b/>
          <w:color w:val="111827"/>
          <w:sz w:val="44"/>
        </w:rPr>
        <w:t>[Your full name]</w:t>
      </w:r>
    </w:p>
    <w:p>
      <w:pPr>
        <w:spacing w:after="40" w:before="0"/>
      </w:pPr>
      <w:r>
        <w:rPr>
          <w:b w:val="0"/>
          <w:color w:val="DB2777"/>
          <w:sz w:val="23"/>
        </w:rPr>
        <w:t>[Main position]  |  [Second position]</w:t>
      </w:r>
    </w:p>
    <w:p>
      <w:pPr>
        <w:spacing w:after="0" w:before="0"/>
      </w:pPr>
      <w:r>
        <w:rPr>
          <w:b w:val="0"/>
          <w:color w:val="6B7280"/>
          <w:sz w:val="19"/>
        </w:rPr>
        <w:t>[Phone number]  |  [Email address]</w:t>
      </w:r>
    </w:p>
    <w:p>
      <w:pPr>
        <w:spacing w:after="60" w:before="200"/>
        <w:pBdr>
          <w:bottom w:val="single" w:sz="6" w:space="2" w:color="DB2777"/>
        </w:pBdr>
      </w:pPr>
      <w:r>
        <w:rPr>
          <w:b/>
          <w:color w:val="DB2777"/>
          <w:sz w:val="19"/>
        </w:rPr>
        <w:t>YOUR DETAILS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D1D5DB"/>
          <w:bottom w:val="single" w:sz="4" w:space="0" w:color="D1D5DB"/>
          <w:insideH w:val="single" w:sz="4" w:space="0" w:color="D1D5DB"/>
        </w:tblBorders>
        <w:tblInd w:w="0" w:type="dxa"/>
        <w:tblLayout w:type="fixed"/>
      </w:tblPr>
      <w:tblGrid>
        <w:gridCol w:w="1587"/>
        <w:gridCol w:w="3288"/>
        <w:gridCol w:w="1587"/>
        <w:gridCol w:w="3402"/>
      </w:tblGrid>
      <w:tr>
        <w:trPr>
          <w:trHeight w:val="351"/>
        </w:trPr>
        <w:tc>
          <w:tcPr>
            <w:tcW w:type="dxa" w:w="1587"/>
          </w:tcPr>
          <w:p>
            <w:r>
              <w:rPr>
                <w:sz w:val="18"/>
              </w:rPr>
              <w:t>Date of birth</w:t>
            </w:r>
          </w:p>
        </w:tc>
        <w:tc>
          <w:tcPr>
            <w:tcW w:type="dxa" w:w="3288"/>
          </w:tcPr>
          <w:p>
            <w:r>
              <w:rPr>
                <w:color w:val="6B7280"/>
                <w:sz w:val="18"/>
              </w:rPr>
              <w:t>[DD Month YYYY]</w:t>
            </w:r>
          </w:p>
        </w:tc>
        <w:tc>
          <w:tcPr>
            <w:tcW w:type="dxa" w:w="1587"/>
          </w:tcPr>
          <w:p>
            <w:r>
              <w:rPr>
                <w:sz w:val="18"/>
              </w:rPr>
              <w:t>Current team</w:t>
            </w:r>
          </w:p>
        </w:tc>
        <w:tc>
          <w:tcPr>
            <w:tcW w:type="dxa" w:w="3402"/>
          </w:tcPr>
          <w:p>
            <w:r>
              <w:rPr>
                <w:color w:val="6B7280"/>
                <w:sz w:val="18"/>
              </w:rPr>
              <w:t>[Team name]</w:t>
            </w:r>
          </w:p>
        </w:tc>
      </w:tr>
      <w:tr>
        <w:trPr>
          <w:trHeight w:val="351"/>
        </w:trPr>
        <w:tc>
          <w:tcPr>
            <w:tcW w:type="dxa" w:w="1587"/>
          </w:tcPr>
          <w:p>
            <w:r>
              <w:rPr>
                <w:sz w:val="18"/>
              </w:rPr>
              <w:t>Height</w:t>
            </w:r>
          </w:p>
        </w:tc>
        <w:tc>
          <w:tcPr>
            <w:tcW w:type="dxa" w:w="3288"/>
          </w:tcPr>
          <w:p>
            <w:r>
              <w:rPr>
                <w:color w:val="6B7280"/>
                <w:sz w:val="18"/>
              </w:rPr>
              <w:t>[cm]</w:t>
            </w:r>
          </w:p>
        </w:tc>
        <w:tc>
          <w:tcPr>
            <w:tcW w:type="dxa" w:w="1587"/>
          </w:tcPr>
          <w:p>
            <w:r>
              <w:rPr>
                <w:sz w:val="18"/>
              </w:rPr>
              <w:t>Level</w:t>
            </w:r>
          </w:p>
        </w:tc>
        <w:tc>
          <w:tcPr>
            <w:tcW w:type="dxa" w:w="3402"/>
          </w:tcPr>
          <w:p>
            <w:r>
              <w:rPr>
                <w:color w:val="6B7280"/>
                <w:sz w:val="18"/>
              </w:rPr>
              <w:t>[League or competition]</w:t>
            </w:r>
          </w:p>
        </w:tc>
      </w:tr>
      <w:tr>
        <w:trPr>
          <w:trHeight w:val="351"/>
        </w:trPr>
        <w:tc>
          <w:tcPr>
            <w:tcW w:type="dxa" w:w="1587"/>
          </w:tcPr>
          <w:p>
            <w:r>
              <w:rPr>
                <w:sz w:val="18"/>
              </w:rPr>
              <w:t>Weight</w:t>
            </w:r>
          </w:p>
        </w:tc>
        <w:tc>
          <w:tcPr>
            <w:tcW w:type="dxa" w:w="3288"/>
          </w:tcPr>
          <w:p>
            <w:r>
              <w:rPr>
                <w:color w:val="6B7280"/>
                <w:sz w:val="18"/>
              </w:rPr>
              <w:t>[kg]</w:t>
            </w:r>
          </w:p>
        </w:tc>
        <w:tc>
          <w:tcPr>
            <w:tcW w:type="dxa" w:w="1587"/>
          </w:tcPr>
          <w:p>
            <w:r>
              <w:rPr>
                <w:sz w:val="18"/>
              </w:rPr>
              <w:t>Kicking foot</w:t>
            </w:r>
          </w:p>
        </w:tc>
        <w:tc>
          <w:tcPr>
            <w:tcW w:type="dxa" w:w="3402"/>
          </w:tcPr>
          <w:p>
            <w:r>
              <w:rPr>
                <w:color w:val="6B7280"/>
                <w:sz w:val="18"/>
              </w:rPr>
              <w:t>[Left or right, if you kick]</w:t>
            </w:r>
          </w:p>
        </w:tc>
      </w:tr>
    </w:tbl>
    <w:p>
      <w:pPr>
        <w:spacing w:after="60" w:before="200"/>
        <w:pBdr>
          <w:bottom w:val="single" w:sz="6" w:space="2" w:color="DB2777"/>
        </w:pBdr>
      </w:pPr>
      <w:r>
        <w:rPr>
          <w:b/>
          <w:color w:val="DB2777"/>
          <w:sz w:val="19"/>
        </w:rPr>
        <w:t>ABOUT YOU</w:t>
      </w:r>
    </w:p>
    <w:p>
      <w:pPr>
        <w:spacing w:after="0" w:before="0"/>
      </w:pPr>
      <w:r>
        <w:rPr>
          <w:b w:val="0"/>
          <w:color w:val="6B7280"/>
          <w:sz w:val="19"/>
        </w:rPr>
        <w:t>[One sentence on what kind of player you are. For example: Tighthead who holds up a scrum and carries hard over the last few metres.]</w:t>
      </w:r>
    </w:p>
    <w:p>
      <w:pPr>
        <w:spacing w:after="60" w:before="200"/>
        <w:pBdr>
          <w:bottom w:val="single" w:sz="6" w:space="2" w:color="DB2777"/>
        </w:pBdr>
      </w:pPr>
      <w:r>
        <w:rPr>
          <w:b/>
          <w:color w:val="DB2777"/>
          <w:sz w:val="19"/>
        </w:rPr>
        <w:t>PLAYING HISTORY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D1D5DB"/>
          <w:bottom w:val="single" w:sz="4" w:space="0" w:color="D1D5DB"/>
          <w:insideH w:val="single" w:sz="4" w:space="0" w:color="D1D5DB"/>
        </w:tblBorders>
        <w:tblInd w:w="0" w:type="dxa"/>
        <w:tblLayout w:type="fixed"/>
      </w:tblPr>
      <w:tblGrid>
        <w:gridCol w:w="2948"/>
        <w:gridCol w:w="2948"/>
        <w:gridCol w:w="1474"/>
        <w:gridCol w:w="907"/>
        <w:gridCol w:w="1587"/>
      </w:tblGrid>
      <w:tr>
        <w:trPr>
          <w:trHeight w:val="351"/>
        </w:trPr>
        <w:tc>
          <w:tcPr>
            <w:tcW w:type="dxa" w:w="2948"/>
          </w:tcPr>
          <w:p>
            <w:r>
              <w:rPr>
                <w:b/>
                <w:sz w:val="18"/>
              </w:rPr>
              <w:t>Team</w:t>
            </w:r>
          </w:p>
        </w:tc>
        <w:tc>
          <w:tcPr>
            <w:tcW w:type="dxa" w:w="2948"/>
          </w:tcPr>
          <w:p>
            <w:r>
              <w:rPr>
                <w:b/>
                <w:sz w:val="18"/>
              </w:rPr>
              <w:t>Level</w:t>
            </w:r>
          </w:p>
        </w:tc>
        <w:tc>
          <w:tcPr>
            <w:tcW w:type="dxa" w:w="1474"/>
          </w:tcPr>
          <w:p>
            <w:r>
              <w:rPr>
                <w:b/>
                <w:sz w:val="18"/>
              </w:rPr>
              <w:t>Seasons</w:t>
            </w:r>
          </w:p>
        </w:tc>
        <w:tc>
          <w:tcPr>
            <w:tcW w:type="dxa" w:w="907"/>
          </w:tcPr>
          <w:p>
            <w:r>
              <w:rPr>
                <w:b/>
                <w:sz w:val="18"/>
              </w:rPr>
              <w:t>Starts</w:t>
            </w:r>
          </w:p>
        </w:tc>
        <w:tc>
          <w:tcPr>
            <w:tcW w:type="dxa" w:w="1587"/>
          </w:tcPr>
          <w:p>
            <w:r>
              <w:rPr>
                <w:b/>
                <w:sz w:val="18"/>
              </w:rPr>
              <w:t>Position</w:t>
            </w:r>
          </w:p>
        </w:tc>
      </w:tr>
      <w:tr>
        <w:trPr>
          <w:trHeight w:val="351"/>
        </w:trPr>
        <w:tc>
          <w:tcPr>
            <w:tcW w:type="dxa" w:w="2948"/>
          </w:tcPr>
          <w:p>
            <w:r>
              <w:rPr>
                <w:color w:val="6B7280"/>
                <w:sz w:val="18"/>
              </w:rPr>
              <w:t>[Team]</w:t>
            </w:r>
          </w:p>
        </w:tc>
        <w:tc>
          <w:tcPr>
            <w:tcW w:type="dxa" w:w="2948"/>
          </w:tcPr>
          <w:p>
            <w:r>
              <w:rPr>
                <w:color w:val="6B7280"/>
                <w:sz w:val="18"/>
              </w:rPr>
              <w:t>[League]</w:t>
            </w:r>
          </w:p>
        </w:tc>
        <w:tc>
          <w:tcPr>
            <w:tcW w:type="dxa" w:w="1474"/>
          </w:tcPr>
          <w:p>
            <w:r>
              <w:rPr>
                <w:color w:val="6B7280"/>
                <w:sz w:val="18"/>
              </w:rPr>
              <w:t>[2025-26]</w:t>
            </w:r>
          </w:p>
        </w:tc>
        <w:tc>
          <w:tcPr>
            <w:tcW w:type="dxa" w:w="907"/>
          </w:tcPr>
          <w:p>
            <w:r>
              <w:rPr>
                <w:color w:val="6B7280"/>
                <w:sz w:val="18"/>
              </w:rPr>
              <w:t>[0]</w:t>
            </w:r>
          </w:p>
        </w:tc>
        <w:tc>
          <w:tcPr>
            <w:tcW w:type="dxa" w:w="1587"/>
          </w:tcPr>
          <w:p>
            <w:r>
              <w:rPr>
                <w:color w:val="6B7280"/>
                <w:sz w:val="18"/>
              </w:rPr>
              <w:t>[Position]</w:t>
            </w:r>
          </w:p>
        </w:tc>
      </w:tr>
      <w:tr>
        <w:trPr>
          <w:trHeight w:val="351"/>
        </w:trPr>
        <w:tc>
          <w:tcPr>
            <w:tcW w:type="dxa" w:w="2948"/>
          </w:tcPr>
          <w:p>
            <w:r>
              <w:rPr>
                <w:color w:val="6B7280"/>
                <w:sz w:val="18"/>
              </w:rPr>
              <w:t>[Team]</w:t>
            </w:r>
          </w:p>
        </w:tc>
        <w:tc>
          <w:tcPr>
            <w:tcW w:type="dxa" w:w="2948"/>
          </w:tcPr>
          <w:p>
            <w:r>
              <w:rPr>
                <w:color w:val="6B7280"/>
                <w:sz w:val="18"/>
              </w:rPr>
              <w:t>[League]</w:t>
            </w:r>
          </w:p>
        </w:tc>
        <w:tc>
          <w:tcPr>
            <w:tcW w:type="dxa" w:w="1474"/>
          </w:tcPr>
          <w:p>
            <w:r>
              <w:rPr>
                <w:color w:val="6B7280"/>
                <w:sz w:val="18"/>
              </w:rPr>
              <w:t>[2025-26]</w:t>
            </w:r>
          </w:p>
        </w:tc>
        <w:tc>
          <w:tcPr>
            <w:tcW w:type="dxa" w:w="907"/>
          </w:tcPr>
          <w:p>
            <w:r>
              <w:rPr>
                <w:color w:val="6B7280"/>
                <w:sz w:val="18"/>
              </w:rPr>
              <w:t>[0]</w:t>
            </w:r>
          </w:p>
        </w:tc>
        <w:tc>
          <w:tcPr>
            <w:tcW w:type="dxa" w:w="1587"/>
          </w:tcPr>
          <w:p>
            <w:r>
              <w:rPr>
                <w:color w:val="6B7280"/>
                <w:sz w:val="18"/>
              </w:rPr>
              <w:t>[Position]</w:t>
            </w:r>
          </w:p>
        </w:tc>
      </w:tr>
      <w:tr>
        <w:trPr>
          <w:trHeight w:val="351"/>
        </w:trPr>
        <w:tc>
          <w:tcPr>
            <w:tcW w:type="dxa" w:w="2948"/>
          </w:tcPr>
          <w:p>
            <w:r>
              <w:rPr>
                <w:color w:val="6B7280"/>
                <w:sz w:val="18"/>
              </w:rPr>
              <w:t>[Team]</w:t>
            </w:r>
          </w:p>
        </w:tc>
        <w:tc>
          <w:tcPr>
            <w:tcW w:type="dxa" w:w="2948"/>
          </w:tcPr>
          <w:p>
            <w:r>
              <w:rPr>
                <w:color w:val="6B7280"/>
                <w:sz w:val="18"/>
              </w:rPr>
              <w:t>[League]</w:t>
            </w:r>
          </w:p>
        </w:tc>
        <w:tc>
          <w:tcPr>
            <w:tcW w:type="dxa" w:w="1474"/>
          </w:tcPr>
          <w:p>
            <w:r>
              <w:rPr>
                <w:color w:val="6B7280"/>
                <w:sz w:val="18"/>
              </w:rPr>
              <w:t>[2025-26]</w:t>
            </w:r>
          </w:p>
        </w:tc>
        <w:tc>
          <w:tcPr>
            <w:tcW w:type="dxa" w:w="907"/>
          </w:tcPr>
          <w:p>
            <w:r>
              <w:rPr>
                <w:color w:val="6B7280"/>
                <w:sz w:val="18"/>
              </w:rPr>
              <w:t>[0]</w:t>
            </w:r>
          </w:p>
        </w:tc>
        <w:tc>
          <w:tcPr>
            <w:tcW w:type="dxa" w:w="1587"/>
          </w:tcPr>
          <w:p>
            <w:r>
              <w:rPr>
                <w:color w:val="6B7280"/>
                <w:sz w:val="18"/>
              </w:rPr>
              <w:t>[Position]</w:t>
            </w:r>
          </w:p>
        </w:tc>
      </w:tr>
      <w:tr>
        <w:trPr>
          <w:trHeight w:val="351"/>
        </w:trPr>
        <w:tc>
          <w:tcPr>
            <w:tcW w:type="dxa" w:w="2948"/>
          </w:tcPr>
          <w:p>
            <w:r>
              <w:rPr>
                <w:color w:val="6B7280"/>
                <w:sz w:val="18"/>
              </w:rPr>
              <w:t>[Team]</w:t>
            </w:r>
          </w:p>
        </w:tc>
        <w:tc>
          <w:tcPr>
            <w:tcW w:type="dxa" w:w="2948"/>
          </w:tcPr>
          <w:p>
            <w:r>
              <w:rPr>
                <w:color w:val="6B7280"/>
                <w:sz w:val="18"/>
              </w:rPr>
              <w:t>[League]</w:t>
            </w:r>
          </w:p>
        </w:tc>
        <w:tc>
          <w:tcPr>
            <w:tcW w:type="dxa" w:w="1474"/>
          </w:tcPr>
          <w:p>
            <w:r>
              <w:rPr>
                <w:color w:val="6B7280"/>
                <w:sz w:val="18"/>
              </w:rPr>
              <w:t>[2025-26]</w:t>
            </w:r>
          </w:p>
        </w:tc>
        <w:tc>
          <w:tcPr>
            <w:tcW w:type="dxa" w:w="907"/>
          </w:tcPr>
          <w:p>
            <w:r>
              <w:rPr>
                <w:color w:val="6B7280"/>
                <w:sz w:val="18"/>
              </w:rPr>
              <w:t>[0]</w:t>
            </w:r>
          </w:p>
        </w:tc>
        <w:tc>
          <w:tcPr>
            <w:tcW w:type="dxa" w:w="1587"/>
          </w:tcPr>
          <w:p>
            <w:r>
              <w:rPr>
                <w:color w:val="6B7280"/>
                <w:sz w:val="18"/>
              </w:rPr>
              <w:t>[Position]</w:t>
            </w:r>
          </w:p>
        </w:tc>
      </w:tr>
    </w:tbl>
    <w:p>
      <w:pPr>
        <w:spacing w:after="60" w:before="200"/>
        <w:pBdr>
          <w:bottom w:val="single" w:sz="6" w:space="2" w:color="DB2777"/>
        </w:pBdr>
      </w:pPr>
      <w:r>
        <w:rPr>
          <w:b/>
          <w:color w:val="DB2777"/>
          <w:sz w:val="19"/>
        </w:rPr>
        <w:t>YOUR NUMBERS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D1D5DB"/>
          <w:bottom w:val="single" w:sz="4" w:space="0" w:color="D1D5DB"/>
          <w:insideH w:val="single" w:sz="4" w:space="0" w:color="D1D5DB"/>
        </w:tblBorders>
        <w:tblInd w:w="0" w:type="dxa"/>
        <w:tblLayout w:type="fixed"/>
      </w:tblPr>
      <w:tblGrid>
        <w:gridCol w:w="5669"/>
        <w:gridCol w:w="1928"/>
        <w:gridCol w:w="2268"/>
      </w:tblGrid>
      <w:tr>
        <w:trPr>
          <w:trHeight w:val="351"/>
        </w:trPr>
        <w:tc>
          <w:tcPr>
            <w:tcW w:type="dxa" w:w="5669"/>
          </w:tcPr>
          <w:p>
            <w:r>
              <w:rPr>
                <w:b/>
                <w:sz w:val="18"/>
              </w:rPr>
              <w:t>Number</w:t>
            </w:r>
          </w:p>
        </w:tc>
        <w:tc>
          <w:tcPr>
            <w:tcW w:type="dxa" w:w="1928"/>
          </w:tcPr>
          <w:p>
            <w:r>
              <w:rPr>
                <w:b/>
                <w:sz w:val="18"/>
              </w:rPr>
              <w:t>A match</w:t>
            </w:r>
          </w:p>
        </w:tc>
        <w:tc>
          <w:tcPr>
            <w:tcW w:type="dxa" w:w="2268"/>
          </w:tcPr>
          <w:p>
            <w:r>
              <w:rPr>
                <w:b/>
                <w:sz w:val="18"/>
              </w:rPr>
              <w:t>Matches counted</w:t>
            </w:r>
          </w:p>
        </w:tc>
      </w:tr>
      <w:tr>
        <w:trPr>
          <w:trHeight w:val="351"/>
        </w:trPr>
        <w:tc>
          <w:tcPr>
            <w:tcW w:type="dxa" w:w="5669"/>
          </w:tcPr>
          <w:p>
            <w:r>
              <w:rPr>
                <w:color w:val="6B7280"/>
                <w:sz w:val="18"/>
              </w:rPr>
              <w:t>[For example: tackles]</w:t>
            </w:r>
          </w:p>
        </w:tc>
        <w:tc>
          <w:tcPr>
            <w:tcW w:type="dxa" w:w="1928"/>
          </w:tcPr>
          <w:p>
            <w:r>
              <w:rPr>
                <w:color w:val="6B7280"/>
                <w:sz w:val="18"/>
              </w:rPr>
              <w:t>[0]</w:t>
            </w:r>
          </w:p>
        </w:tc>
        <w:tc>
          <w:tcPr>
            <w:tcW w:type="dxa" w:w="2268"/>
          </w:tcPr>
          <w:p>
            <w:r>
              <w:rPr>
                <w:color w:val="6B7280"/>
                <w:sz w:val="18"/>
              </w:rPr>
              <w:t>[0]</w:t>
            </w:r>
          </w:p>
        </w:tc>
      </w:tr>
      <w:tr>
        <w:trPr>
          <w:trHeight w:val="351"/>
        </w:trPr>
        <w:tc>
          <w:tcPr>
            <w:tcW w:type="dxa" w:w="5669"/>
          </w:tcPr>
          <w:p>
            <w:r>
              <w:rPr>
                <w:color w:val="6B7280"/>
                <w:sz w:val="18"/>
              </w:rPr>
              <w:t>[For example: carries]</w:t>
            </w:r>
          </w:p>
        </w:tc>
        <w:tc>
          <w:tcPr>
            <w:tcW w:type="dxa" w:w="1928"/>
          </w:tcPr>
          <w:p>
            <w:r>
              <w:rPr>
                <w:color w:val="6B7280"/>
                <w:sz w:val="18"/>
              </w:rPr>
              <w:t>[0]</w:t>
            </w:r>
          </w:p>
        </w:tc>
        <w:tc>
          <w:tcPr>
            <w:tcW w:type="dxa" w:w="2268"/>
          </w:tcPr>
          <w:p>
            <w:r>
              <w:rPr>
                <w:color w:val="6B7280"/>
                <w:sz w:val="18"/>
              </w:rPr>
              <w:t>[0]</w:t>
            </w:r>
          </w:p>
        </w:tc>
      </w:tr>
      <w:tr>
        <w:trPr>
          <w:trHeight w:val="351"/>
        </w:trPr>
        <w:tc>
          <w:tcPr>
            <w:tcW w:type="dxa" w:w="5669"/>
          </w:tcPr>
          <w:p>
            <w:r>
              <w:rPr>
                <w:color w:val="6B7280"/>
                <w:sz w:val="18"/>
              </w:rPr>
              <w:t>[For example: turnovers won]</w:t>
            </w:r>
          </w:p>
        </w:tc>
        <w:tc>
          <w:tcPr>
            <w:tcW w:type="dxa" w:w="1928"/>
          </w:tcPr>
          <w:p>
            <w:r>
              <w:rPr>
                <w:color w:val="6B7280"/>
                <w:sz w:val="18"/>
              </w:rPr>
              <w:t>[0]</w:t>
            </w:r>
          </w:p>
        </w:tc>
        <w:tc>
          <w:tcPr>
            <w:tcW w:type="dxa" w:w="2268"/>
          </w:tcPr>
          <w:p>
            <w:r>
              <w:rPr>
                <w:color w:val="6B7280"/>
                <w:sz w:val="18"/>
              </w:rPr>
              <w:t>[0]</w:t>
            </w:r>
          </w:p>
        </w:tc>
      </w:tr>
      <w:tr>
        <w:trPr>
          <w:trHeight w:val="351"/>
        </w:trPr>
        <w:tc>
          <w:tcPr>
            <w:tcW w:type="dxa" w:w="5669"/>
          </w:tcPr>
          <w:p>
            <w:r>
              <w:rPr>
                <w:color w:val="6B7280"/>
                <w:sz w:val="18"/>
              </w:rPr>
              <w:t>[One recent fitness result, with the date]</w:t>
            </w:r>
          </w:p>
        </w:tc>
        <w:tc>
          <w:tcPr>
            <w:tcW w:type="dxa" w:w="1928"/>
          </w:tcPr>
          <w:p>
            <w:r>
              <w:rPr>
                <w:color w:val="6B7280"/>
                <w:sz w:val="18"/>
              </w:rPr>
              <w:t>[0]</w:t>
            </w:r>
          </w:p>
        </w:tc>
        <w:tc>
          <w:tcPr>
            <w:tcW w:type="dxa" w:w="2268"/>
          </w:tcPr>
          <w:p>
            <w:r>
              <w:rPr>
                <w:color w:val="6B7280"/>
                <w:sz w:val="18"/>
              </w:rPr>
              <w:t>[Date]</w:t>
            </w:r>
          </w:p>
        </w:tc>
      </w:tr>
    </w:tbl>
    <w:p>
      <w:pPr>
        <w:spacing w:after="60" w:before="200"/>
        <w:pBdr>
          <w:bottom w:val="single" w:sz="6" w:space="2" w:color="DB2777"/>
        </w:pBdr>
      </w:pPr>
      <w:r>
        <w:rPr>
          <w:b/>
          <w:color w:val="DB2777"/>
          <w:sz w:val="19"/>
        </w:rPr>
        <w:t>HIGHLIGHTS AND A FULL MATCH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D1D5DB"/>
          <w:bottom w:val="single" w:sz="4" w:space="0" w:color="D1D5DB"/>
          <w:insideH w:val="single" w:sz="4" w:space="0" w:color="D1D5DB"/>
        </w:tblBorders>
        <w:tblInd w:w="0" w:type="dxa"/>
        <w:tblLayout w:type="fixed"/>
      </w:tblPr>
      <w:tblGrid>
        <w:gridCol w:w="2268"/>
        <w:gridCol w:w="7597"/>
      </w:tblGrid>
      <w:tr>
        <w:trPr>
          <w:trHeight w:val="351"/>
        </w:trPr>
        <w:tc>
          <w:tcPr>
            <w:tcW w:type="dxa" w:w="2268"/>
          </w:tcPr>
          <w:p>
            <w:r>
              <w:rPr>
                <w:sz w:val="18"/>
              </w:rPr>
              <w:t>Highlights reel</w:t>
            </w:r>
          </w:p>
        </w:tc>
        <w:tc>
          <w:tcPr>
            <w:tcW w:type="dxa" w:w="7597"/>
          </w:tcPr>
          <w:p>
            <w:r>
              <w:rPr>
                <w:color w:val="6B7280"/>
                <w:sz w:val="18"/>
              </w:rPr>
              <w:t>[Link to a short reel]</w:t>
            </w:r>
          </w:p>
        </w:tc>
      </w:tr>
      <w:tr>
        <w:trPr>
          <w:trHeight w:val="351"/>
        </w:trPr>
        <w:tc>
          <w:tcPr>
            <w:tcW w:type="dxa" w:w="2268"/>
          </w:tcPr>
          <w:p>
            <w:r>
              <w:rPr>
                <w:sz w:val="18"/>
              </w:rPr>
              <w:t>Full match</w:t>
            </w:r>
          </w:p>
        </w:tc>
        <w:tc>
          <w:tcPr>
            <w:tcW w:type="dxa" w:w="7597"/>
          </w:tcPr>
          <w:p>
            <w:r>
              <w:rPr>
                <w:color w:val="6B7280"/>
                <w:sz w:val="18"/>
              </w:rPr>
              <w:t>[Link, with the opposition and the date]</w:t>
            </w:r>
          </w:p>
        </w:tc>
      </w:tr>
    </w:tbl>
    <w:p>
      <w:pPr>
        <w:spacing w:after="60" w:before="200"/>
        <w:pBdr>
          <w:bottom w:val="single" w:sz="6" w:space="2" w:color="DB2777"/>
        </w:pBdr>
      </w:pPr>
      <w:r>
        <w:rPr>
          <w:b/>
          <w:color w:val="DB2777"/>
          <w:sz w:val="19"/>
        </w:rPr>
        <w:t>HONOURS</w:t>
      </w:r>
    </w:p>
    <w:p>
      <w:pPr>
        <w:spacing w:after="30" w:before="0"/>
      </w:pPr>
      <w:r>
        <w:rPr>
          <w:b w:val="0"/>
          <w:color w:val="6B7280"/>
          <w:sz w:val="19"/>
        </w:rPr>
        <w:t>[Representative selection, with the year]</w:t>
      </w:r>
    </w:p>
    <w:p>
      <w:pPr>
        <w:spacing w:after="30" w:before="0"/>
      </w:pPr>
      <w:r>
        <w:rPr>
          <w:b w:val="0"/>
          <w:color w:val="6B7280"/>
          <w:sz w:val="19"/>
        </w:rPr>
        <w:t>[Captaincy or player of the season, with the year]</w:t>
      </w:r>
    </w:p>
    <w:p>
      <w:pPr>
        <w:spacing w:after="30" w:before="0"/>
      </w:pPr>
      <w:r>
        <w:rPr>
          <w:b w:val="0"/>
          <w:color w:val="6B7280"/>
          <w:sz w:val="19"/>
        </w:rPr>
        <w:t>[League or cup win, with the year]</w:t>
      </w:r>
    </w:p>
    <w:p>
      <w:pPr>
        <w:spacing w:after="60" w:before="200"/>
        <w:pBdr>
          <w:bottom w:val="single" w:sz="6" w:space="2" w:color="DB2777"/>
        </w:pBdr>
      </w:pPr>
      <w:r>
        <w:rPr>
          <w:b/>
          <w:color w:val="DB2777"/>
          <w:sz w:val="19"/>
        </w:rPr>
        <w:t>REFERENCES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D1D5DB"/>
          <w:bottom w:val="single" w:sz="4" w:space="0" w:color="D1D5DB"/>
          <w:insideH w:val="single" w:sz="4" w:space="0" w:color="D1D5DB"/>
        </w:tblBorders>
        <w:tblInd w:w="0" w:type="dxa"/>
        <w:tblLayout w:type="fixed"/>
      </w:tblPr>
      <w:tblGrid>
        <w:gridCol w:w="2608"/>
        <w:gridCol w:w="2608"/>
        <w:gridCol w:w="2041"/>
        <w:gridCol w:w="2608"/>
      </w:tblGrid>
      <w:tr>
        <w:trPr>
          <w:trHeight w:val="351"/>
        </w:trPr>
        <w:tc>
          <w:tcPr>
            <w:tcW w:type="dxa" w:w="2608"/>
          </w:tcPr>
          <w:p>
            <w:r>
              <w:rPr>
                <w:b/>
                <w:sz w:val="18"/>
              </w:rPr>
              <w:t>Name</w:t>
            </w:r>
          </w:p>
        </w:tc>
        <w:tc>
          <w:tcPr>
            <w:tcW w:type="dxa" w:w="2608"/>
          </w:tcPr>
          <w:p>
            <w:r>
              <w:rPr>
                <w:b/>
                <w:sz w:val="18"/>
              </w:rPr>
              <w:t>Role</w:t>
            </w:r>
          </w:p>
        </w:tc>
        <w:tc>
          <w:tcPr>
            <w:tcW w:type="dxa" w:w="2041"/>
          </w:tcPr>
          <w:p>
            <w:r>
              <w:rPr>
                <w:b/>
                <w:sz w:val="18"/>
              </w:rPr>
              <w:t>Phone</w:t>
            </w:r>
          </w:p>
        </w:tc>
        <w:tc>
          <w:tcPr>
            <w:tcW w:type="dxa" w:w="2608"/>
          </w:tcPr>
          <w:p>
            <w:r>
              <w:rPr>
                <w:b/>
                <w:sz w:val="18"/>
              </w:rPr>
              <w:t>Email</w:t>
            </w:r>
          </w:p>
        </w:tc>
      </w:tr>
      <w:tr>
        <w:trPr>
          <w:trHeight w:val="351"/>
        </w:trPr>
        <w:tc>
          <w:tcPr>
            <w:tcW w:type="dxa" w:w="2608"/>
          </w:tcPr>
          <w:p>
            <w:r>
              <w:rPr>
                <w:color w:val="6B7280"/>
                <w:sz w:val="18"/>
              </w:rPr>
              <w:t>[Name]</w:t>
            </w:r>
          </w:p>
        </w:tc>
        <w:tc>
          <w:tcPr>
            <w:tcW w:type="dxa" w:w="2608"/>
          </w:tcPr>
          <w:p>
            <w:r>
              <w:rPr>
                <w:color w:val="6B7280"/>
                <w:sz w:val="18"/>
              </w:rPr>
              <w:t>[Current coach]</w:t>
            </w:r>
          </w:p>
        </w:tc>
        <w:tc>
          <w:tcPr>
            <w:tcW w:type="dxa" w:w="2041"/>
          </w:tcPr>
          <w:p>
            <w:r>
              <w:rPr>
                <w:color w:val="6B7280"/>
                <w:sz w:val="18"/>
              </w:rPr>
              <w:t>[Number]</w:t>
            </w:r>
          </w:p>
        </w:tc>
        <w:tc>
          <w:tcPr>
            <w:tcW w:type="dxa" w:w="2608"/>
          </w:tcPr>
          <w:p>
            <w:r>
              <w:rPr>
                <w:color w:val="6B7280"/>
                <w:sz w:val="18"/>
              </w:rPr>
              <w:t>[Email]</w:t>
            </w:r>
          </w:p>
        </w:tc>
      </w:tr>
      <w:tr>
        <w:trPr>
          <w:trHeight w:val="351"/>
        </w:trPr>
        <w:tc>
          <w:tcPr>
            <w:tcW w:type="dxa" w:w="2608"/>
          </w:tcPr>
          <w:p>
            <w:r>
              <w:rPr>
                <w:color w:val="6B7280"/>
                <w:sz w:val="18"/>
              </w:rPr>
              <w:t>[Name]</w:t>
            </w:r>
          </w:p>
        </w:tc>
        <w:tc>
          <w:tcPr>
            <w:tcW w:type="dxa" w:w="2608"/>
          </w:tcPr>
          <w:p>
            <w:r>
              <w:rPr>
                <w:color w:val="6B7280"/>
                <w:sz w:val="18"/>
              </w:rPr>
              <w:t>[Previous coach]</w:t>
            </w:r>
          </w:p>
        </w:tc>
        <w:tc>
          <w:tcPr>
            <w:tcW w:type="dxa" w:w="2041"/>
          </w:tcPr>
          <w:p>
            <w:r>
              <w:rPr>
                <w:color w:val="6B7280"/>
                <w:sz w:val="18"/>
              </w:rPr>
              <w:t>[Number]</w:t>
            </w:r>
          </w:p>
        </w:tc>
        <w:tc>
          <w:tcPr>
            <w:tcW w:type="dxa" w:w="2608"/>
          </w:tcPr>
          <w:p>
            <w:r>
              <w:rPr>
                <w:color w:val="6B7280"/>
                <w:sz w:val="18"/>
              </w:rPr>
              <w:t>[Email]</w:t>
            </w:r>
          </w:p>
        </w:tc>
      </w:tr>
    </w:tbl>
    <w:p>
      <w:pPr>
        <w:spacing w:after="0" w:before="180"/>
      </w:pPr>
      <w:r>
        <w:rPr>
          <w:b w:val="0"/>
          <w:color w:val="6B7280"/>
          <w:sz w:val="15"/>
        </w:rPr>
        <w:t>Delete the words in square brackets, then save as a PDF before you send it. Template from framesports.ai</w:t>
      </w:r>
    </w:p>
    <w:sectPr w:rsidR="00FC693F" w:rsidRPr="0006063C" w:rsidSect="00034616">
      <w:pgSz w:w="11906" w:h="16838"/>
      <w:pgMar w:top="794" w:right="1020" w:bottom="68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color w:val="11182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Rugby CV template</dc:title>
  <dc:subject/>
  <dc:creator>Framesports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